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Silent Night</w:t>
      </w:r>
    </w:p>
    <w:p/>
    <w:p>
      <w:pPr>
        <w:pStyle w:val="Heading2"/>
      </w:pPr>
      <w:r>
        <w:rPr>
          <w:sz w:val="28"/>
        </w:rPr>
        <w:t>Stimme (Sopran)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 | Ho-ly night! | All is calm, | all is bright. | Round yon vir-gin moth-er and Child! | Ho-ly In-fant, so ten-der and mild, | sleep in heav-en-ly peace._  | Sleep in heav-en-ly peace._ Hoo si-lent night!_  | Ho-ly night!_  |  | All is calm,_ all_ is bright. | Round_ yon vir-gin moth-er and Child!_ Ho-ly_ In-fant, so ten-der and mild, sleep in heav-en-ly peace._  | Sleep._  |  |  ||:  | Sleep._ Sleep._  :||  |</w:t>
      </w:r>
    </w:p>
    <w:p/>
    <w:p/>
    <w:p>
      <w:pPr>
        <w:pStyle w:val="Heading2"/>
      </w:pPr>
      <w:r>
        <w:rPr>
          <w:sz w:val="28"/>
        </w:rPr>
        <w:t>Stimme (Mezzo)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 | Ho-ly night! | All is calm, | all is bright. | Round yon vir-gin moth-er and Child! | Ho-ly In-fant, so ten-der and mild, | sleep in heav-en-ly peace._  | Sleep in heav-en-ly peace._  | si-lent night!_  | Ho-ly night!_  | All is calm, all is bright. | Round yon vir-gin moth-er and Child!_ Ho-ly_ In-fant, so ten-der and mild, sleep in heav-en-ly peace_  | Sleep_ in heav-en-ly... |  | Oh,_  ||: sleep._  |  :||  | Si-lent night!_  | Ho-ly night!_  | Si-lent night!_  | Ho-ly night! |</w:t>
      </w:r>
    </w:p>
    <w:p/>
    <w:p/>
    <w:p>
      <w:pPr>
        <w:pStyle w:val="Heading2"/>
      </w:pPr>
      <w:r>
        <w:rPr>
          <w:sz w:val="28"/>
        </w:rPr>
        <w:t>Stimme (Alt)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 | Ho-ly night! | All is calm, | all is bright. | Round yon vir-gin moth-er and Child! | Ho-ly_ In-fant, so ten-der and mild, | sleep in heav-en-ly peace._  | Sleep in heav-en-ly peace._  | si-lent night!_  | Ho-ly night!_  |  | All is calm,_ all_ is bright. | Round_ yon vir-gin moth-er and Child!_ Ho-ly_ In-fant, so ten-der and mild, sleep in heav-en-ly peace._  | Sleep_  |  |  ||: Oo,_  |  :||  | Si-lent night!_  | Ho-ly night!_  | Si-lent night!_  | Ho-ly night! |</w:t>
      </w:r>
    </w:p>
    <w:p/>
    <w:p/>
    <w:p>
      <w:pPr>
        <w:pStyle w:val="Heading2"/>
      </w:pPr>
      <w:r>
        <w:rPr>
          <w:sz w:val="28"/>
        </w:rPr>
        <w:t>Stimme (Tenor)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 | Ho-ly night! | All is calm, | all is bright. | Round yon vir-gin moth-er and Child! | Ho-ly_ In-fant, so ten-der and mild, | sleep in heav-en-ly peace._  | Sleep_ in heav-en-ly peace._  | si-lent night!_  | Ho-ly night!_  |  | All is calm,_ all_ is bright. | Round_ yon vir-gin moth-er and Child!_ Ho-ly_ In-fant, so ten-der and mild, sleep in heav-en-ly peace._  | Sleep_ Peace._  |  ||: Sleep._ Oh,_  :||  | Si-lent night!_  | Ho-ly night!_  | Si-lent night!_  | Ho-ly night!_</w:t>
      </w:r>
    </w:p>
    <w:p/>
    <w:p/>
    <w:p>
      <w:pPr>
        <w:pStyle w:val="Heading2"/>
      </w:pPr>
      <w:r>
        <w:rPr>
          <w:sz w:val="28"/>
        </w:rPr>
        <w:t>Stimme (Tenor 2)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night!_  | Ho-ly night!_  | All is calm, all is bright. | Round yon vir-gin moth-er and Child! Ho-ly In-fant, so ten-der and mild,_ sleep in heav’n, | heav-en-ly peace. | Sleep_ Peace._</w:t>
      </w:r>
    </w:p>
    <w:p/>
    <w:p/>
    <w:p>
      <w:pPr>
        <w:pStyle w:val="Heading2"/>
      </w:pPr>
      <w:r>
        <w:rPr>
          <w:sz w:val="28"/>
        </w:rPr>
        <w:t>Stimme (Bass)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si-lent night!_  | Ho-ly night!_  | All is calm, | vir-gin moth-er and Child! Ho-ly In-fant, so ten-der and mild,_ sleep_  | heav-en-ly peace. | Sleep_  | Sleep._  | Sleep._  ||:  | Sleep._  | Sleep._  :||  |</w:t>
      </w:r>
    </w:p>
    <w:p/>
    <w:p>
      <w:pPr>
        <w:pStyle w:val="Heading3"/>
      </w:pPr>
      <w:r>
        <w:t>2. Strophe</w:t>
      </w:r>
    </w:p>
    <w:p>
      <w:r>
        <w:rPr>
          <w:rFonts w:ascii="Arial" w:hAnsi="Arial"/>
          <w:sz w:val="22"/>
        </w:rPr>
        <w:t>all is bright. | Round yon |  |  ||:  |  :||  |</w:t>
      </w:r>
    </w:p>
    <w:p/>
    <w:p/>
    <w:p/>
    <w:p>
      <w:r>
        <w:rPr>
          <w:i/>
          <w:sz w:val="18"/>
        </w:rPr>
        <w:t>Die Liedtexte basieren auf den Noten vom 09.08.2026</w:t>
      </w:r>
    </w:p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